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SIS Coordinator</w:t>
      </w:r>
    </w:p>
    <w:p>
      <w:pPr>
        <w:spacing w:after="240"/>
      </w:pPr>
      <w:r>
        <w:rPr>
          <w:rFonts w:ascii="Aptos" w:hAnsi="Aptos"/>
          <w:b/>
          <w:color w:val="66747A"/>
          <w:sz w:val="24"/>
        </w:rPr>
        <w:t>Districtwide Sis Operations, Annual Cycles, School Support, Data Stewardship, Access, Training, And Change Coordination</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SIS Coordinator coordinate and lead work supporting districtwide SIS operations, annual cycles, school support, data stewardship, access, training, and change coordination.</w:t>
      </w:r>
    </w:p>
    <w:p>
      <w:r>
        <w:t>The position applies student information system administration, data stewardship, operational configuration, security, and user support across the district SIS, enrollment and attendance tools, gradebooks, scheduling, health, discipline, portals, state reporting, identity, data warehouse, and connected applications. It establishes or follows clear ownership, validation, security, documentation, review, and escalation practices appropriate to the role’s assigned authority.</w:t>
      </w:r>
    </w:p>
    <w:p>
      <w:r>
        <w:t>The SIS Coordinator collaborates with schools, enrollment, attendance, counseling, curriculum, special education, multilingual learner services, health, discipline, assessment, CALPADS, technology, vendors, students, and families.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student information system administration, data stewardship, operational configuration, security, and user support.</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districtwide SIS operations, annual cycles, school support, data stewardship, access, training, and change coordination.</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the district SIS, enrollment and attendance tools, gradebooks, scheduling, health, discipline, portals, state reporting, identity, data warehouse, and connected applications.</w:t>
      </w:r>
    </w:p>
    <w:p>
      <w:pPr>
        <w:pStyle w:val="ListBullet"/>
        <w:keepLines/>
      </w:pPr>
      <w:r>
        <w:t>Experience partnering with schools, enrollment, attendance, counseling, curriculum, special education, multilingual learner services, health, discipline, assessment, CALPADS, technology, vendors, students, and families.</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Coordinate annual SIS cycles for school setup, calendars, enrollment, scheduling, grading, attendance, rollover, closeout, and state-reporting dependencies.</w:t>
      </w:r>
    </w:p>
    <w:p>
      <w:pPr>
        <w:pStyle w:val="ListBullet"/>
        <w:keepLines/>
      </w:pPr>
      <w:r>
        <w:t>Administer or support configuration, code tables, security roles, workflows, forms, notifications, extracts, imports, and integrations according to approved governance.</w:t>
      </w:r>
    </w:p>
    <w:p>
      <w:pPr>
        <w:pStyle w:val="ListBullet"/>
        <w:keepLines/>
      </w:pPr>
      <w:r>
        <w:t>Maintain accurate student identity, enrollment, household, program, course, section, grade, attendance, and other assigned records.</w:t>
      </w:r>
    </w:p>
    <w:p>
      <w:pPr>
        <w:pStyle w:val="ListBullet"/>
        <w:keepLines/>
      </w:pPr>
      <w:r>
        <w:t>Test releases, configuration changes, integrations, and batch processes using representative cases, acceptance criteria, rollback plans, and documented approval.</w:t>
      </w:r>
    </w:p>
    <w:p>
      <w:pPr>
        <w:pStyle w:val="ListBullet"/>
        <w:keepLines/>
      </w:pPr>
      <w:r>
        <w:t>Provide role-specific training, support, release communications, guides, and escalation to schools, departments, technical staff, and vendors.</w:t>
      </w:r>
    </w:p>
    <w:p>
      <w:pPr>
        <w:pStyle w:val="Heading2"/>
        <w:keepNext/>
      </w:pPr>
      <w:r>
        <w:t>Data Quality, Controls, and Documentation</w:t>
      </w:r>
    </w:p>
    <w:p>
      <w:pPr>
        <w:pStyle w:val="ListBullet"/>
        <w:keepLines/>
      </w:pPr>
      <w:r>
        <w:t>Establish validation reports and exception queues for duplicates, missing data, invalid codes, overlapping records, incorrect effective dates, and broken relationships.</w:t>
      </w:r>
    </w:p>
    <w:p>
      <w:pPr>
        <w:pStyle w:val="ListBullet"/>
        <w:keepLines/>
      </w:pPr>
      <w:r>
        <w:t>Correct data in the authoritative source and verify successful propagation to downstream systems and reports.</w:t>
      </w:r>
    </w:p>
    <w:p>
      <w:pPr>
        <w:pStyle w:val="ListBullet"/>
        <w:keepLines/>
      </w:pPr>
      <w:r>
        <w:t>Administer access through approved requests, least privilege, separation of duties, periodic review, multifactor authentication, and timely removal.</w:t>
      </w:r>
    </w:p>
    <w:p>
      <w:pPr>
        <w:pStyle w:val="ListBullet"/>
        <w:keepLines/>
      </w:pPr>
      <w:r>
        <w:t>Maintain configuration inventories, data dictionaries, process maps, test evidence, change logs, issue histories, runbooks, and continuity records.</w:t>
      </w:r>
    </w:p>
    <w:p>
      <w:pPr>
        <w:pStyle w:val="ListBullet"/>
        <w:keepLines/>
      </w:pPr>
      <w:r>
        <w:t>Protect student and family information in production, test, export, support, training, and reporting environments.</w:t>
      </w:r>
    </w:p>
    <w:p>
      <w:pPr>
        <w:pStyle w:val="Heading2"/>
        <w:keepNext/>
      </w:pPr>
      <w:r>
        <w:t>SIS Coordinator-Specific Leadership and Support</w:t>
      </w:r>
    </w:p>
    <w:p>
      <w:pPr>
        <w:pStyle w:val="ListBullet"/>
        <w:keepLines/>
      </w:pPr>
      <w:r>
        <w:t>Own or support the assigned portfolio for districtwide SIS operations, annual cycles, school support, data stewardship, access, training, and change coordination,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Student information system administration, data stewardship, operational configuration, security, and user support.</w:t>
      </w:r>
    </w:p>
    <w:p>
      <w:pPr>
        <w:pStyle w:val="ListBullet"/>
        <w:keepLines/>
      </w:pPr>
      <w:r>
        <w:t>The district sis, enrollment and attendance tools, gradebooks, scheduling, health, discipline, portals, state reporting, identity, data warehouse, and connected applications.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schools, enrollment, attendance, counseling, curriculum, special education, multilingual learner services, health, discipline, assessment, CALPADS, technology, vendors, students, and families.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SIS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