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Innovation</w:t>
      </w:r>
    </w:p>
    <w:p>
      <w:pPr>
        <w:spacing w:after="240"/>
      </w:pPr>
      <w:r>
        <w:rPr>
          <w:rFonts w:ascii="Aptos" w:hAnsi="Aptos"/>
          <w:b/>
          <w:color w:val="66747A"/>
          <w:sz w:val="24"/>
        </w:rPr>
        <w:t>A Disciplined Innovation Portfolio, Human-Centered Discovery, Pilots, Partnerships, Evidence, Equitable Scaling, Operational Transition, And Organizational Learning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Innovation leads and supervises work supporting a disciplined innovation portfolio, human-centered discovery, pilots, partnerships, evidence, equitable scaling, operational transition, and organizational learning.</w:t>
      </w:r>
    </w:p>
    <w:p>
      <w:r>
        <w:t>The position applies public-sector innovation strategy, human-centered design, research and development, portfolio governance, partnerships, responsible experimentation, scaling, and organizational learning across idea-intake, portfolio, project, research, survey, analytics, collaboration, procurement, grant, financial, knowledge-management, learning, technology, and evaluation systems. It establishes or follows clear ownership, validation, security, documentation, review, and escalation practices appropriate to the role’s assigned authority.</w:t>
      </w:r>
    </w:p>
    <w:p>
      <w:r>
        <w:t>The Director of Innovation collaborates with students, families, educators, labor partners, community organizations, executive leadership, governing boards, researchers, foundations, public agencies, technology teams, and vendors.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public-sector innovation strategy, human-centered design, research and development, portfolio governance, partnerships, responsible experimentation, scaling, and organizational learning.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a disciplined innovation portfolio, human-centered discovery, pilots, partnerships, evidence, equitable scaling, operational transition, and organizational learning.</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idea-intake, portfolio, project, research, survey, analytics, collaboration, procurement, grant, financial, knowledge-management, learning, technology, and evaluation systems.</w:t>
      </w:r>
    </w:p>
    <w:p>
      <w:pPr>
        <w:pStyle w:val="ListBullet"/>
        <w:keepLines/>
      </w:pPr>
      <w:r>
        <w:t>Experience partnering with students, families, educators, labor partners, community organizations, executive leadership, governing boards, researchers, foundations, public agencies, technology teams, and vendors.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an innovation strategy and portfolio aligned with student outcomes, equity, employee capacity, fiscal stewardship, risk appetite, and district priorities.</w:t>
      </w:r>
    </w:p>
    <w:p>
      <w:pPr>
        <w:pStyle w:val="ListBullet"/>
        <w:keepLines/>
      </w:pPr>
      <w:r>
        <w:t>Establish transparent intake, discovery, prioritization, sponsorship, experimentation, stage gates, funding, governance, measurement, scaling, transition, and retirement practices.</w:t>
      </w:r>
    </w:p>
    <w:p>
      <w:pPr>
        <w:pStyle w:val="ListBullet"/>
        <w:keepLines/>
      </w:pPr>
      <w:r>
        <w:t>Lead human-centered discovery with students, families, employees, and affected communities and translate needs into testable problem statements rather than predetermined products.</w:t>
      </w:r>
    </w:p>
    <w:p>
      <w:pPr>
        <w:pStyle w:val="ListBullet"/>
        <w:keepLines/>
      </w:pPr>
      <w:r>
        <w:t>Coordinate pilots, prototypes, research, partnerships, grants, procurement, change management, communication, evaluation, and operational handoff.</w:t>
      </w:r>
    </w:p>
    <w:p>
      <w:pPr>
        <w:pStyle w:val="ListBullet"/>
        <w:keepLines/>
      </w:pPr>
      <w:r>
        <w:t>Build staff capability in improvement science, design, evidence use, responsible technology, facilitation, project learning, and adaptation.</w:t>
      </w:r>
    </w:p>
    <w:p>
      <w:pPr>
        <w:pStyle w:val="Heading2"/>
        <w:keepNext/>
      </w:pPr>
      <w:r>
        <w:t>Data Quality, Controls, and Documentation</w:t>
      </w:r>
    </w:p>
    <w:p>
      <w:pPr>
        <w:pStyle w:val="ListBullet"/>
        <w:keepLines/>
      </w:pPr>
      <w:r>
        <w:t>Require defined beneficiaries, theory of change, baseline, success and stop criteria, safeguards, responsible owners, cost, capacity, and sustainability before scaling.</w:t>
      </w:r>
    </w:p>
    <w:p>
      <w:pPr>
        <w:pStyle w:val="ListBullet"/>
        <w:keepLines/>
      </w:pPr>
      <w:r>
        <w:t>Evaluate feasibility, desirability, accessibility, equity, privacy, security, evidence, implementation, total cost, interoperability, and unintended consequences.</w:t>
      </w:r>
    </w:p>
    <w:p>
      <w:pPr>
        <w:pStyle w:val="ListBullet"/>
        <w:keepLines/>
      </w:pPr>
      <w:r>
        <w:t>Maintain decision logs, pilot registers, participant protections, conflicts, partner commitments, evidence, spending, results, lessons, and transition status.</w:t>
      </w:r>
    </w:p>
    <w:p>
      <w:pPr>
        <w:pStyle w:val="ListBullet"/>
        <w:keepLines/>
      </w:pPr>
      <w:r>
        <w:t>Avoid innovation theater by measuring outcomes and implementation, ending low-value work, publishing lessons, and transferring ownership to sustainable operations.</w:t>
      </w:r>
    </w:p>
    <w:p>
      <w:pPr>
        <w:pStyle w:val="ListBullet"/>
        <w:keepLines/>
      </w:pPr>
      <w:r>
        <w:t>Protect voluntary participation, student and employee data, intellectual property, procurement integrity, and public trust throughout experiments and partnerships.</w:t>
      </w:r>
    </w:p>
    <w:p>
      <w:pPr>
        <w:pStyle w:val="Heading2"/>
        <w:keepNext/>
      </w:pPr>
      <w:r>
        <w:t>Director of Innovation-Specific Leadership and Support</w:t>
      </w:r>
    </w:p>
    <w:p>
      <w:pPr>
        <w:pStyle w:val="ListBullet"/>
        <w:keepLines/>
      </w:pPr>
      <w:r>
        <w:t>Own or support the assigned portfolio for a disciplined innovation portfolio, human-centered discovery, pilots, partnerships, evidence, equitable scaling, operational transition, and organizational learning,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Public-sector innovation strategy, human-centered design, research and development, portfolio governance, partnerships, responsible experimentation, scaling, and organizational learning.</w:t>
      </w:r>
    </w:p>
    <w:p>
      <w:pPr>
        <w:pStyle w:val="ListBullet"/>
        <w:keepLines/>
      </w:pPr>
      <w:r>
        <w:t>Idea-intake, portfolio, project, research, survey, analytics, collaboration, procurement, grant, financial, knowledge-management, learning, technology, and evaluation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labor partners, community organizations, executive leadership, governing boards, researchers, foundations, public agencies, technology teams, and vendors.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Innovation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