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Digital Learning Coach</w:t>
      </w:r>
    </w:p>
    <w:p>
      <w:pPr>
        <w:spacing w:after="240"/>
      </w:pPr>
      <w:r>
        <w:rPr>
          <w:rFonts w:ascii="Aptos" w:hAnsi="Aptos"/>
          <w:b/>
          <w:color w:val="66747A"/>
          <w:sz w:val="24"/>
        </w:rPr>
        <w:t>Job-Embedded Educator Coaching, Instructional Design, Accessible Technology Integration, Digital Citizenship, Professional Learning, And Reflective Improvement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Digital Learning Coach performs and coordinates advanced work supporting job-embedded educator coaching, instructional design, accessible technology integration, digital citizenship, professional learning, and reflective improvement.</w:t>
      </w:r>
    </w:p>
    <w:p>
      <w:r>
        <w:t>The position applies digital learning leadership, instructional design, educator coaching, accessible technology integration, digital citizenship, professional learning, and implementation evaluation across learning-management, digital curriculum, classroom, collaboration, creation, assessment, accessibility, device, identity, student information, analytics, library, media, and professional-learning platforms. It establishes or follows clear ownership, validation, security, documentation, review, and escalation practices appropriate to the role’s assigned authority.</w:t>
      </w:r>
    </w:p>
    <w:p>
      <w:r>
        <w:t>The Digital Learning Coach collaborates with students, families, teachers, coaches, librarians, principals, curriculum, special education, multilingual learner programs, assessment, technology, privacy, vendors, and community partners. The role is accountable for specialized operations, configuration, analysis, troubleshooting, documentation, and user support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or a closely related field.</w:t>
      </w:r>
    </w:p>
    <w:p>
      <w:pPr>
        <w:pStyle w:val="ListBullet"/>
        <w:keepLines/>
      </w:pPr>
      <w:r>
        <w:t>Valid California teaching credential appropriate to the district-determined assignment and authorization, and fulfillment of all credential renewal requirements.</w:t>
      </w:r>
    </w:p>
    <w:p>
      <w:pPr>
        <w:pStyle w:val="ListBullet"/>
        <w:keepLines/>
      </w:pPr>
      <w:r>
        <w:t>Successful completion of all district-required employment clearances and mandated training.</w:t>
      </w:r>
    </w:p>
    <w:p>
      <w:pPr>
        <w:pStyle w:val="Heading2"/>
        <w:keepNext/>
      </w:pPr>
      <w:r>
        <w:t>Preferred</w:t>
      </w:r>
    </w:p>
    <w:p>
      <w:pPr>
        <w:pStyle w:val="ListBullet"/>
        <w:keepLines/>
      </w:pPr>
      <w:r>
        <w:t>Master’s degree or advanced coursework in curriculum and instruction, assessment, educational technology, instructional design, library or information science, or a closely related field.</w:t>
      </w:r>
    </w:p>
    <w:p>
      <w:pPr>
        <w:pStyle w:val="ListBullet"/>
        <w:keepLines/>
      </w:pPr>
      <w:r>
        <w:t>Additional credential, authorization, certification, or professional learning directly related to the assignment.</w:t>
      </w:r>
    </w:p>
    <w:p>
      <w:pPr>
        <w:pStyle w:val="ListBullet"/>
        <w:keepLines/>
      </w:pPr>
      <w:r>
        <w:t>Training in coaching, adult learning, accessibility, multilingual education, privacy, data literacy, digital citizenship, and program evaluation.</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Two or more years of progressively responsible experience in K-12 education, student information, data, technology, compliance, research, records, or a closely related function.</w:t>
      </w:r>
    </w:p>
    <w:p>
      <w:pPr>
        <w:pStyle w:val="ListBullet"/>
        <w:keepLines/>
      </w:pPr>
      <w:r>
        <w:t>Experience with job-embedded educator coaching, instructional design, accessible technology integration, digital citizenship, professional learning, and reflective improvement.</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learning-management, digital curriculum, classroom, collaboration, creation, assessment, accessibility, device, identity, student information, analytics, library, media, and professional-learning platforms.</w:t>
      </w:r>
    </w:p>
    <w:p>
      <w:pPr>
        <w:pStyle w:val="ListBullet"/>
        <w:keepLines/>
      </w:pPr>
      <w:r>
        <w:t>Experience partnering with students, families, teachers, coaches, librarians, principals, curriculum, special education, multilingual learner programs, assessment, technology, privacy, vendors, and community partners.</w:t>
      </w:r>
    </w:p>
    <w:p>
      <w:pPr>
        <w:pStyle w:val="ListBullet"/>
        <w:keepLines/>
      </w:pPr>
      <w:r>
        <w:t>Experience in specialized operations, configuration, analysis, troubleshooting, documentation, and user support.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Plan and support standards-aligned digital learning, instructional design, coaching, model lessons, professional learning, resource curation, implementation, and reflection.</w:t>
      </w:r>
    </w:p>
    <w:p>
      <w:pPr>
        <w:pStyle w:val="ListBullet"/>
        <w:keepLines/>
      </w:pPr>
      <w:r>
        <w:t>Partner with educators to define learning goals first and select accessible digital practices and tools that improve participation, feedback, creation, collaboration, assessment, and agency.</w:t>
      </w:r>
    </w:p>
    <w:p>
      <w:pPr>
        <w:pStyle w:val="ListBullet"/>
        <w:keepLines/>
      </w:pPr>
      <w:r>
        <w:t>Develop differentiated professional learning, coaching cycles, communities of practice, guides, demonstrations, office hours, and peer leadership.</w:t>
      </w:r>
    </w:p>
    <w:p>
      <w:pPr>
        <w:pStyle w:val="ListBullet"/>
        <w:keepLines/>
      </w:pPr>
      <w:r>
        <w:t>Coordinate review, pilot, adoption, licensing, rostering, accessibility, privacy, security, support, communication, and lifecycle of digital learning resources.</w:t>
      </w:r>
    </w:p>
    <w:p>
      <w:pPr>
        <w:pStyle w:val="ListBullet"/>
        <w:keepLines/>
      </w:pPr>
      <w:r>
        <w:t>Use classroom evidence, student work, educator feedback, participation, accessibility, usage, and outcome data to improve implementation without overstating causation.</w:t>
      </w:r>
    </w:p>
    <w:p>
      <w:pPr>
        <w:pStyle w:val="Heading2"/>
        <w:keepNext/>
      </w:pPr>
      <w:r>
        <w:t>Data Quality, Controls, and Documentation</w:t>
      </w:r>
    </w:p>
    <w:p>
      <w:pPr>
        <w:pStyle w:val="ListBullet"/>
        <w:keepLines/>
      </w:pPr>
      <w:r>
        <w:t>Verify instructional purpose, age appropriateness, standards alignment, accessibility, language support, student privacy, security, academic integrity, copyright, interoperability, and support before use.</w:t>
      </w:r>
    </w:p>
    <w:p>
      <w:pPr>
        <w:pStyle w:val="ListBullet"/>
        <w:keepLines/>
      </w:pPr>
      <w:r>
        <w:t>Design for universal access while coordinating individualized accommodations and assistive technology with authorized teams.</w:t>
      </w:r>
    </w:p>
    <w:p>
      <w:pPr>
        <w:pStyle w:val="ListBullet"/>
        <w:keepLines/>
      </w:pPr>
      <w:r>
        <w:t>Protect student voice, identity, work, media, assessment, and interaction data and use approved accounts, settings, sharing, retention, and publication practices.</w:t>
      </w:r>
    </w:p>
    <w:p>
      <w:pPr>
        <w:pStyle w:val="ListBullet"/>
        <w:keepLines/>
      </w:pPr>
      <w:r>
        <w:t>Distinguish implementation challenges, professional-learning needs, resource inequities, technical issues, design flaws, and evidence limitations.</w:t>
      </w:r>
    </w:p>
    <w:p>
      <w:pPr>
        <w:pStyle w:val="ListBullet"/>
        <w:keepLines/>
      </w:pPr>
      <w:r>
        <w:t>Document approved tools, intended uses, limitations, training, support, decisions, feedback, incidents, changes, and retirement.</w:t>
      </w:r>
    </w:p>
    <w:p>
      <w:pPr>
        <w:pStyle w:val="Heading2"/>
        <w:keepNext/>
      </w:pPr>
      <w:r>
        <w:t>Digital Learning Coach-Specific Leadership and Support</w:t>
      </w:r>
    </w:p>
    <w:p>
      <w:pPr>
        <w:pStyle w:val="ListBullet"/>
        <w:keepLines/>
      </w:pPr>
      <w:r>
        <w:t>Own or support the assigned portfolio for job-embedded educator coaching, instructional design, accessible technology integration, digital citizenship, professional learning, and reflective improvement,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Digital learning leadership, instructional design, educator coaching, accessible technology integration, digital citizenship, professional learning, and implementation evaluation.</w:t>
      </w:r>
    </w:p>
    <w:p>
      <w:pPr>
        <w:pStyle w:val="ListBullet"/>
        <w:keepLines/>
      </w:pPr>
      <w:r>
        <w:t>Learning-management, digital curriculum, classroom, collaboration, creation, assessment, accessibility, device, identity, student information, analytics, library, media, and professional-learning platforms.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students, families, teachers, coaches, librarians, principals, curriculum, special education, multilingual learner programs, assessment, technology, privacy, vendors, and community partners.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Digital Learning Coach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