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Data Systems Analyst</w:t>
      </w:r>
    </w:p>
    <w:p>
      <w:pPr>
        <w:spacing w:after="240"/>
      </w:pPr>
      <w:r>
        <w:rPr>
          <w:rFonts w:ascii="Aptos" w:hAnsi="Aptos"/>
          <w:b/>
          <w:color w:val="66747A"/>
          <w:sz w:val="24"/>
        </w:rPr>
        <w:t>Business And Data Requirements, Application Analysis, Interface Validation, Testing, Reporting, And Process Improvement</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This example does not represent an open position with the School Data Leadership Association.</w:t>
      </w:r>
      <w:r>
        <w:rPr>
          <w:rFonts w:ascii="Aptos" w:hAnsi="Aptos"/>
          <w:color w:val="66747A"/>
          <w:sz w:val="19"/>
        </w:rPr>
        <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district-determined classification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Data Systems Analyst analyze and develop work supporting business and data requirements, application analysis, interface validation, testing, reporting, and process improvement.</w:t>
      </w:r>
    </w:p>
    <w:p>
      <w:r>
        <w:t>The position applies education data systems analysis, application administration, interoperability, support, and secure service delivery across student information, identity, data warehouse, learning, assessment, reporting, workflow, ticketing, integration, database, and vendor applications. It establishes or follows clear ownership, validation, security, documentation, review, and escalation practices appropriate to the role’s assigned authority.</w:t>
      </w:r>
    </w:p>
    <w:p>
      <w:r>
        <w:t>The Data Systems Analyst collaborates with schools, program owners, analysts, application administrators, database and network staff, privacy and security personnel, procurement, vendors, and executive sponsors. The role is accountable for requirements, complex analysis, reproducible methods, quality assurance, documentation, and decision support while protecting confidential information and keeping local decisions traceable.</w:t>
      </w:r>
    </w:p>
    <w:p>
      <w:pPr>
        <w:pStyle w:val="Heading1"/>
        <w:keepNext/>
        <w:pBdr>
          <w:left w:val="single" w:sz="18" w:space="8" w:color="FDAB42"/>
        </w:pBdr>
      </w:pPr>
      <w:r>
        <w:t>Reports To</w:t>
      </w:r>
    </w:p>
    <w:p>
      <w:r>
        <w:rPr>
          <w:rFonts w:ascii="Aptos" w:hAnsi="Aptos"/>
          <w:i/>
          <w:color w:val="66747A"/>
        </w:rPr>
        <w:t>Insert your school district’s specific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from an accredited college or university in education, information systems, data management, public administration, business administration, statistics, computer science, or a closely related field. Additional qualifying experience may be substituted where permitted by district policy.</w:t>
      </w:r>
    </w:p>
    <w:p>
      <w:pPr>
        <w:pStyle w:val="ListBullet"/>
        <w:keepLines/>
      </w:pPr>
      <w:r>
        <w:t>Successful completion of all district-required employment clearances.</w:t>
      </w:r>
    </w:p>
    <w:p>
      <w:pPr>
        <w:pStyle w:val="ListBullet"/>
        <w:keepLines/>
      </w:pPr>
      <w:r>
        <w:t>Completion of role-required privacy, information-security, records, system, and program training within established timelines.</w:t>
      </w:r>
    </w:p>
    <w:p>
      <w:pPr>
        <w:pStyle w:val="Heading2"/>
        <w:keepNext/>
      </w:pPr>
      <w:r>
        <w:t>Preferred</w:t>
      </w:r>
    </w:p>
    <w:p>
      <w:pPr>
        <w:pStyle w:val="ListBullet"/>
        <w:keepLines/>
      </w:pPr>
      <w:r>
        <w:t>Graduate degree or advanced coursework in a field related to the position.</w:t>
      </w:r>
    </w:p>
    <w:p>
      <w:pPr>
        <w:pStyle w:val="ListBullet"/>
        <w:keepLines/>
      </w:pPr>
      <w:r>
        <w:t>Current professional learning or certification related to education data systems analysis, application administration, interoperability, support, and secure service delivery.</w:t>
      </w:r>
    </w:p>
    <w:p>
      <w:pPr>
        <w:pStyle w:val="ListBullet"/>
        <w:keepLines/>
      </w:pPr>
      <w:r>
        <w:t>Relevant training in project management, data governance, privacy, accessibility, database, analytics, or information security.</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Three or more years of progressively responsible experience in K-12 education, student information, data, technology, compliance, research, records, or a closely related function.</w:t>
      </w:r>
    </w:p>
    <w:p>
      <w:pPr>
        <w:pStyle w:val="ListBullet"/>
        <w:keepLines/>
      </w:pPr>
      <w:r>
        <w:t>Experience with business and data requirements, application analysis, interface validation, testing, reporting, and process improvement.</w:t>
      </w:r>
    </w:p>
    <w:p>
      <w:pPr>
        <w:pStyle w:val="ListBullet"/>
        <w:keepLines/>
      </w:pPr>
      <w:r>
        <w:t>Experience interpreting requirements, procedures, definitions, reports, system information, or technical documentation relevant to assigned work.</w:t>
      </w:r>
    </w:p>
    <w:p>
      <w:pPr>
        <w:pStyle w:val="ListBullet"/>
        <w:keepLines/>
      </w:pPr>
      <w:r>
        <w:t>Experience coordinating or completing deadline-driven work with careful documentation and quality control.</w:t>
      </w:r>
    </w:p>
    <w:p>
      <w:pPr>
        <w:pStyle w:val="ListBullet"/>
        <w:keepLines/>
      </w:pPr>
      <w:r>
        <w:t>Experience handling confidential information and communicating with users or stakeholders.</w:t>
      </w:r>
    </w:p>
    <w:p>
      <w:pPr>
        <w:pStyle w:val="Heading2"/>
        <w:keepNext/>
      </w:pPr>
      <w:r>
        <w:t>Desired Experience</w:t>
      </w:r>
    </w:p>
    <w:p>
      <w:pPr>
        <w:pStyle w:val="ListBullet"/>
        <w:keepLines/>
      </w:pPr>
      <w:r>
        <w:t>Experience with student information, identity, data warehouse, learning, assessment, reporting, workflow, ticketing, integration, database, and vendor applications.</w:t>
      </w:r>
    </w:p>
    <w:p>
      <w:pPr>
        <w:pStyle w:val="ListBullet"/>
        <w:keepLines/>
      </w:pPr>
      <w:r>
        <w:t>Experience partnering with schools, program owners, analysts, application administrators, database and network staff, privacy and security personnel, procurement, vendors, and executive sponsors.</w:t>
      </w:r>
    </w:p>
    <w:p>
      <w:pPr>
        <w:pStyle w:val="ListBullet"/>
        <w:keepLines/>
      </w:pPr>
      <w:r>
        <w:t>Experience in requirements, complex analysis, reproducible methods, quality assurance, documentation, and decision support.</w:t>
      </w:r>
    </w:p>
    <w:p>
      <w:pPr>
        <w:pStyle w:val="ListBullet"/>
        <w:keepLines/>
      </w:pPr>
      <w:r>
        <w:t>Experience using SQL, advanced spreadsheets, scripting, workflow tools, APIs, secure file transfer, or visualization tools when relevant to assigned duties.</w:t>
      </w:r>
    </w:p>
    <w:p>
      <w:pPr>
        <w:pStyle w:val="ListBullet"/>
        <w:keepLines/>
      </w:pPr>
      <w:r>
        <w:t>Experience developing accessible training, technical documentation, process maps, data dictionaries, or continuity materials.</w:t>
      </w:r>
    </w:p>
    <w:p>
      <w:pPr>
        <w:pStyle w:val="Heading1"/>
        <w:keepNext/>
        <w:pBdr>
          <w:left w:val="single" w:sz="18" w:space="8" w:color="FDAB42"/>
        </w:pBdr>
      </w:pPr>
      <w:r>
        <w:t>Essential Duties and Responsibilities</w:t>
      </w:r>
    </w:p>
    <w:p>
      <w:pPr>
        <w:pStyle w:val="Heading2"/>
        <w:keepNext/>
      </w:pPr>
      <w:r>
        <w:t>Planning, Operations, and Service Delivery</w:t>
      </w:r>
    </w:p>
    <w:p>
      <w:pPr>
        <w:pStyle w:val="ListBullet"/>
        <w:keepLines/>
      </w:pPr>
      <w:r>
        <w:t>Analyze business needs, current workflows, data requirements, user roles, controls, integrations, and acceptance criteria for assigned systems.</w:t>
      </w:r>
    </w:p>
    <w:p>
      <w:pPr>
        <w:pStyle w:val="ListBullet"/>
        <w:keepLines/>
      </w:pPr>
      <w:r>
        <w:t>Configure, administer, support, and document applications, workflows, reports, scheduled processes, imports, exports, and role-based access within assigned authority.</w:t>
      </w:r>
    </w:p>
    <w:p>
      <w:pPr>
        <w:pStyle w:val="ListBullet"/>
        <w:keepLines/>
      </w:pPr>
      <w:r>
        <w:t>Coordinate releases, patches, testing, deployment, rollback, change approval, communication, training, and post-implementation review.</w:t>
      </w:r>
    </w:p>
    <w:p>
      <w:pPr>
        <w:pStyle w:val="ListBullet"/>
        <w:keepLines/>
      </w:pPr>
      <w:r>
        <w:t>Diagnose incidents across applications, identities, data, devices, integrations, vendor services, and user processes and restore service safely.</w:t>
      </w:r>
    </w:p>
    <w:p>
      <w:pPr>
        <w:pStyle w:val="ListBullet"/>
        <w:keepLines/>
      </w:pPr>
      <w:r>
        <w:t>Maintain service calendars, tickets, known errors, configuration records, inventories, runbooks, support metrics, and continuity plans.</w:t>
      </w:r>
    </w:p>
    <w:p>
      <w:pPr>
        <w:pStyle w:val="Heading2"/>
        <w:keepNext/>
      </w:pPr>
      <w:r>
        <w:t>Data Quality, Controls, and Documentation</w:t>
      </w:r>
    </w:p>
    <w:p>
      <w:pPr>
        <w:pStyle w:val="ListBullet"/>
        <w:keepLines/>
      </w:pPr>
      <w:r>
        <w:t>Validate data mappings, identifiers, effective dates, code sets, transformations, counts, exceptions, and downstream outcomes.</w:t>
      </w:r>
    </w:p>
    <w:p>
      <w:pPr>
        <w:pStyle w:val="ListBullet"/>
        <w:keepLines/>
      </w:pPr>
      <w:r>
        <w:t>Apply least privilege, multifactor authentication, separation of duties, secrets management, secure transfer, logging, monitoring, retention, and incident escalation.</w:t>
      </w:r>
    </w:p>
    <w:p>
      <w:pPr>
        <w:pStyle w:val="ListBullet"/>
        <w:keepLines/>
      </w:pPr>
      <w:r>
        <w:t>Use APIs, secure file exchange, scheduled jobs, scripts, queries, and automation with testing, logging, exception handling, and human review.</w:t>
      </w:r>
    </w:p>
    <w:p>
      <w:pPr>
        <w:pStyle w:val="ListBullet"/>
        <w:keepLines/>
      </w:pPr>
      <w:r>
        <w:t>Maintain requirements, process maps, architecture and data-flow diagrams, interface specifications, test evidence, release notes, and decision logs.</w:t>
      </w:r>
    </w:p>
    <w:p>
      <w:pPr>
        <w:pStyle w:val="ListBullet"/>
        <w:keepLines/>
      </w:pPr>
      <w:r>
        <w:t>Design accessible, supportable services that reduce duplicate entry, fragile manual work, vendor lock-in risk, and undocumented dependencies.</w:t>
      </w:r>
    </w:p>
    <w:p>
      <w:pPr>
        <w:pStyle w:val="Heading2"/>
        <w:keepNext/>
      </w:pPr>
      <w:r>
        <w:t>Data Systems Analyst-Specific Leadership and Support</w:t>
      </w:r>
    </w:p>
    <w:p>
      <w:pPr>
        <w:pStyle w:val="ListBullet"/>
        <w:keepLines/>
      </w:pPr>
      <w:r>
        <w:t>Own or support the assigned portfolio for business and data requirements, application analysis, interface validation, testing, reporting, and process improvement, with responsibilities clearly matched to the position’s authority and classification.</w:t>
      </w:r>
    </w:p>
    <w:p>
      <w:pPr>
        <w:pStyle w:val="ListBullet"/>
        <w:keepLines/>
      </w:pPr>
      <w:r>
        <w:t>Develop role-specific calendars, service expectations, status reporting, support channels, and escalation paths.</w:t>
      </w:r>
    </w:p>
    <w:p>
      <w:pPr>
        <w:pStyle w:val="ListBullet"/>
        <w:keepLines/>
      </w:pPr>
      <w:r>
        <w:t>Coordinate decisions with responsible data owners, program leaders, technical custodians, reviewers, and approving officials.</w:t>
      </w:r>
    </w:p>
    <w:p>
      <w:pPr>
        <w:pStyle w:val="ListBullet"/>
        <w:keepLines/>
      </w:pPr>
      <w:r>
        <w:t>Provide accessible training, guidance, communications, and technical assistance tailored to user responsibilities.</w:t>
      </w:r>
    </w:p>
    <w:p>
      <w:pPr>
        <w:pStyle w:val="ListBullet"/>
        <w:keepLines/>
      </w:pPr>
      <w:r>
        <w:t>Analyze recurring errors, incidents, requests, and process delays and recommend sustainable improvements.</w:t>
      </w:r>
    </w:p>
    <w:p>
      <w:pPr>
        <w:pStyle w:val="Heading2"/>
        <w:keepNext/>
      </w:pPr>
      <w:r>
        <w:t>Security, Improvement, and Continuity</w:t>
      </w:r>
    </w:p>
    <w:p>
      <w:pPr>
        <w:pStyle w:val="ListBullet"/>
        <w:keepLines/>
      </w:pPr>
      <w:r>
        <w:t>Protect personally identifiable and confidential information in systems, files, reports, email, tickets, meetings, training, and support activity.</w:t>
      </w:r>
    </w:p>
    <w:p>
      <w:pPr>
        <w:pStyle w:val="ListBullet"/>
        <w:keepLines/>
      </w:pPr>
      <w:r>
        <w:t>Test consequential changes using representative cases, documented expectations, peer or owner review, and post-change validation.</w:t>
      </w:r>
    </w:p>
    <w:p>
      <w:pPr>
        <w:pStyle w:val="ListBullet"/>
        <w:keepLines/>
      </w:pPr>
      <w:r>
        <w:t>Use automation only with appropriate access, versioning, logging, exception handling, review, and recovery procedures.</w:t>
      </w:r>
    </w:p>
    <w:p>
      <w:pPr>
        <w:pStyle w:val="ListBullet"/>
        <w:keepLines/>
      </w:pPr>
      <w:r>
        <w:t>Maintain current standard operating procedures, cross-training, critical contacts, dependencies, backup coverage, and recovery steps.</w:t>
      </w:r>
    </w:p>
    <w:p>
      <w:pPr>
        <w:pStyle w:val="ListBullet"/>
        <w:keepLines/>
      </w:pPr>
      <w:r>
        <w:t>Perform other related duties consistent with the position’s purpose and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Education data systems analysis, application administration, interoperability, support, and secure service delivery.</w:t>
      </w:r>
    </w:p>
    <w:p>
      <w:pPr>
        <w:pStyle w:val="ListBullet"/>
        <w:keepLines/>
      </w:pPr>
      <w:r>
        <w:t>Student information, identity, data warehouse, learning, assessment, reporting, workflow, ticketing, integration, database, and vendor applications.</w:t>
      </w:r>
    </w:p>
    <w:p>
      <w:pPr>
        <w:pStyle w:val="ListBullet"/>
        <w:keepLines/>
      </w:pPr>
      <w:r>
        <w:t>Data governance, source ownership, data quality, internal controls, change management, documentation, and continuous improvement.</w:t>
      </w:r>
    </w:p>
    <w:p>
      <w:pPr>
        <w:pStyle w:val="ListBullet"/>
        <w:keepLines/>
      </w:pPr>
      <w:r>
        <w:t>Student privacy, confidentiality, role-based access, secure transmission, records management, incident escalation, and responsible use.</w:t>
      </w:r>
    </w:p>
    <w:p>
      <w:pPr>
        <w:pStyle w:val="ListBullet"/>
        <w:keepLines/>
      </w:pPr>
      <w:r>
        <w:t>Project coordination, customer service, adult learning, accessible communication, and support practices appropriate to assigned work.</w:t>
      </w:r>
    </w:p>
    <w:p>
      <w:pPr>
        <w:pStyle w:val="Heading2"/>
        <w:keepNext/>
      </w:pPr>
      <w:r>
        <w:t>Ability to</w:t>
      </w:r>
    </w:p>
    <w:p>
      <w:pPr>
        <w:pStyle w:val="ListBullet"/>
        <w:keepLines/>
      </w:pPr>
      <w:r>
        <w:t>Interpret detailed requirements and translate them into accurate procedures, system actions, reports, guidance, or decisions.</w:t>
      </w:r>
    </w:p>
    <w:p>
      <w:pPr>
        <w:pStyle w:val="ListBullet"/>
        <w:keepLines/>
      </w:pPr>
      <w:r>
        <w:t>Trace discrepancies through source records, processes, configurations, mappings, transformations, and outputs.</w:t>
      </w:r>
    </w:p>
    <w:p>
      <w:pPr>
        <w:pStyle w:val="ListBullet"/>
        <w:keepLines/>
      </w:pPr>
      <w:r>
        <w:t>Manage competing priorities and fixed deadlines with transparent status, documentation, review, and escalation.</w:t>
      </w:r>
    </w:p>
    <w:p>
      <w:pPr>
        <w:pStyle w:val="ListBullet"/>
        <w:keepLines/>
      </w:pPr>
      <w:r>
        <w:t>Communicate clearly with technical, program, school, leadership, family, vendor, or agency audiences as appropriate.</w:t>
      </w:r>
    </w:p>
    <w:p>
      <w:pPr>
        <w:pStyle w:val="ListBullet"/>
        <w:keepLines/>
      </w:pPr>
      <w:r>
        <w:t>Exercise discretion, preserve confidentiality, recognize limits of authority, and escalate material risk promptly.</w:t>
      </w:r>
    </w:p>
    <w:p>
      <w:pPr>
        <w:pStyle w:val="ListBullet"/>
        <w:keepLines/>
      </w:pPr>
      <w:r>
        <w:t>Learn evolving requirements and technologies and improve processes without weakening controls or continuity.</w:t>
      </w:r>
    </w:p>
    <w:p>
      <w:pPr>
        <w:pStyle w:val="Heading1"/>
        <w:keepNext/>
        <w:pBdr>
          <w:left w:val="single" w:sz="18" w:space="8" w:color="FDAB42"/>
        </w:pBdr>
      </w:pPr>
      <w:r>
        <w:t>Work Environment</w:t>
      </w:r>
    </w:p>
    <w:p>
      <w:pPr>
        <w:pStyle w:val="ListBullet"/>
        <w:keepLines/>
      </w:pPr>
      <w:r>
        <w:t>Work is performed primarily in district offices, schools, service locations, meetings, training environments, and other computer-based professional settings.</w:t>
      </w:r>
    </w:p>
    <w:p>
      <w:pPr>
        <w:pStyle w:val="ListBullet"/>
        <w:keepLines/>
      </w:pPr>
      <w:r>
        <w:t>The position requires sustained computer use and detailed review of records, systems, files, reports, requests, and technical or procedural documentation.</w:t>
      </w:r>
    </w:p>
    <w:p>
      <w:pPr>
        <w:pStyle w:val="ListBullet"/>
        <w:keepLines/>
      </w:pPr>
      <w:r>
        <w:t>Work involves frequent interaction with schools, program owners, analysts, application administrators, database and network staff, privacy and security personnel, procurement, vendors, and executive sponsors.</w:t>
      </w:r>
    </w:p>
    <w:p>
      <w:pPr>
        <w:pStyle w:val="ListBullet"/>
        <w:keepLines/>
      </w:pPr>
      <w:r>
        <w:t>Workload may increase substantially during annual cycles, reporting windows, implementations, releases, audits, incidents, school transitions, or other critical deadlines.</w:t>
      </w:r>
    </w:p>
    <w:p>
      <w:pPr>
        <w:pStyle w:val="ListBullet"/>
        <w:keepLines/>
      </w:pPr>
      <w:r>
        <w:t>The employee may encounter frequent interruptions, confidential matters, ambiguous records, failed processes, competing priorities, and urgent requests.</w:t>
      </w:r>
    </w:p>
    <w:p>
      <w:pPr>
        <w:pStyle w:val="ListBullet"/>
        <w:keepLines/>
      </w:pPr>
      <w:r>
        <w:t>The position requires secure handling of personally identifiable student, family, or staff information.</w:t>
      </w:r>
    </w:p>
    <w:p>
      <w:pPr>
        <w:pStyle w:val="Heading1"/>
        <w:keepNext/>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annual mandated-reporter training and fulfill all legally applicable reporting responsibilities.</w:t>
      </w:r>
    </w:p>
    <w:p>
      <w:pPr>
        <w:pStyle w:val="ListBullet"/>
        <w:keepLines/>
      </w:pPr>
      <w:r>
        <w:t>Complete district-required cybersecurity, student-privacy, safety, nondiscrimination, records, and workplace training.</w:t>
      </w:r>
    </w:p>
    <w:p>
      <w:pPr>
        <w:pStyle w:val="ListBullet"/>
        <w:keepLines/>
      </w:pPr>
      <w:r>
        <w:t>Maintain professional confidentiality and comply with district policies governing records, information security, acceptable technology use, and data access.</w:t>
      </w:r>
    </w:p>
    <w:p>
      <w:pPr>
        <w:pStyle w:val="ListBullet"/>
        <w:keepLines/>
      </w:pPr>
      <w:r>
        <w:t>Travel between district offices, schools, service locations, meetings,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early-morning, evening, weekend, or extended hours during critical operational, reporting, testing, implementation, or incident periods.</w:t>
      </w:r>
    </w:p>
    <w:p>
      <w:pPr>
        <w:pStyle w:val="ListBullet"/>
        <w:keepLines/>
      </w:pPr>
      <w:r>
        <w:t>Regularly sit, stand, walk, speak, hear, read, and operate computers and standard office equipment.</w:t>
      </w:r>
    </w:p>
    <w:p>
      <w:pPr>
        <w:pStyle w:val="ListBullet"/>
        <w:keepLines/>
      </w:pPr>
      <w:r>
        <w:t>Use hands and fingers for keyboarding and handling documents; maintain visual attention while reviewing detailed records and computer displays.</w:t>
      </w:r>
    </w:p>
    <w:p>
      <w:pPr>
        <w:pStyle w:val="ListBullet"/>
        <w:keepLines/>
      </w:pPr>
      <w:r>
        <w:t>Occasionally lift, carry, or move records, devices, equipment, or supplies weighing up to 25 pounds.</w:t>
      </w:r>
    </w:p>
    <w:p>
      <w:pPr>
        <w:pStyle w:val="ListBullet"/>
        <w:keepLines/>
      </w:pPr>
      <w:r>
        <w:t>Perform the essential functions of the position with or without reasonable accommodation.</w:t>
      </w:r>
    </w:p>
    <w:p>
      <w:pPr>
        <w:pStyle w:val="Heading1"/>
        <w:keepNext/>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r>
        <w:rPr>
          <w:rFonts w:ascii="Aptos" w:hAnsi="Aptos"/>
          <w:color w:val="66747A"/>
          <w:sz w:val="19"/>
        </w:rPr>
        <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This exemplar Data Systems Analyst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r>
        <w:rPr>
          <w:rFonts w:ascii="Aptos" w:hAnsi="Aptos"/>
          <w:color w:val="66747A"/>
          <w:sz w:val="19"/>
        </w:rPr>
        <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Assessment Coordinator</dc:title>
  <dc:subject>Customizable school district Assessment Coordinator job description</dc:subject>
  <dc:creator>School Data Leadership Association</dc:creator>
  <cp:keywords>Assessment Coordinator, example job description, certificated management,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