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 Architect</w:t>
      </w:r>
    </w:p>
    <w:p>
      <w:pPr>
        <w:spacing w:after="240"/>
      </w:pPr>
      <w:r>
        <w:rPr>
          <w:rFonts w:ascii="Aptos" w:hAnsi="Aptos"/>
          <w:b/>
          <w:color w:val="66747A"/>
          <w:sz w:val="24"/>
        </w:rPr>
        <w:t>Governed Enterprise Data Models, Ownership, Identity, Metadata, Lineage, Quality, Interoperability, Platforms, Security, And Lifecycle Roadmaps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 Architect administers and leads work supporting governed enterprise data models, ownership, identity, metadata, lineage, quality, interoperability, platforms, security, and lifecycle roadmaps.</w:t>
      </w:r>
    </w:p>
    <w:p>
      <w:r>
        <w:t>The position applies enterprise architecture, data architecture, interoperability, integration, standards, security, lifecycle planning, and governed technology roadmaps across student information, enterprise resource planning, human resources, finance, learning, assessment, data platforms, integration, APIs, identity, cloud, network, metadata, modeling, repository, and portfolio systems. It establishes or follows clear ownership, validation, security, documentation, review, and escalation practices appropriate to the role’s assigned authority.</w:t>
      </w:r>
    </w:p>
    <w:p>
      <w:r>
        <w:t>The Data Architect collaborates with business owners, educators, data stewards, application, infrastructure, cybersecurity, privacy, analysts, developers, vendors, procurement, project teams, and executive governance. The role is accountable for platform administration, privileged access, architecture, change control, service continuity, and vendor coordination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enterprise architecture, data architecture, interoperability, integration, standards, security, lifecycle planning, and governed technology roadmaps.</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Four or more years of progressively responsible experience in K-12 education, student information, data, technology, compliance, research, records, or a closely related function.</w:t>
      </w:r>
    </w:p>
    <w:p>
      <w:pPr>
        <w:pStyle w:val="ListBullet"/>
        <w:keepLines/>
      </w:pPr>
      <w:r>
        <w:t>Experience with governed enterprise data models, ownership, identity, metadata, lineage, quality, interoperability, platforms, security, and lifecycle roadmaps.</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enterprise resource planning, human resources, finance, learning, assessment, data platforms, integration, APIs, identity, cloud, network, metadata, modeling, repository, and portfolio systems.</w:t>
      </w:r>
    </w:p>
    <w:p>
      <w:pPr>
        <w:pStyle w:val="ListBullet"/>
        <w:keepLines/>
      </w:pPr>
      <w:r>
        <w:t>Experience partnering with business owners, educators, data stewards, application, infrastructure, cybersecurity, privacy, analysts, developers, vendors, procurement, project teams, and executive governance.</w:t>
      </w:r>
    </w:p>
    <w:p>
      <w:pPr>
        <w:pStyle w:val="ListBullet"/>
        <w:keepLines/>
      </w:pPr>
      <w:r>
        <w:t>Experience in platform administration, privileged access, architecture, change control, service continuity, and vendor coordination.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Develop current-state and target-state architectures, principles, standards, reference patterns, capability maps, roadmaps, decision records, and transition plans.</w:t>
      </w:r>
    </w:p>
    <w:p>
      <w:pPr>
        <w:pStyle w:val="ListBullet"/>
        <w:keepLines/>
      </w:pPr>
      <w:r>
        <w:t>Translate educational and operational capabilities into modular, secure, accessible, interoperable, supportable, and cost-aware solution architectures.</w:t>
      </w:r>
    </w:p>
    <w:p>
      <w:pPr>
        <w:pStyle w:val="ListBullet"/>
        <w:keepLines/>
      </w:pPr>
      <w:r>
        <w:t>Review projects, procurements, integrations, data models, APIs, identity, cloud, security, lifecycle, and exceptions for alignment with approved architecture.</w:t>
      </w:r>
    </w:p>
    <w:p>
      <w:pPr>
        <w:pStyle w:val="ListBullet"/>
        <w:keepLines/>
      </w:pPr>
      <w:r>
        <w:t>Facilitate tradeoff decisions among business value, user experience, data quality, privacy, security, accessibility, performance, resilience, cost, vendor risk, and technical debt.</w:t>
      </w:r>
    </w:p>
    <w:p>
      <w:pPr>
        <w:pStyle w:val="ListBullet"/>
        <w:keepLines/>
      </w:pPr>
      <w:r>
        <w:t>Maintain architecture repositories, inventories, ownership, dependencies, data flows, standards, exceptions, risks, decisions, and retirement plans.</w:t>
      </w:r>
    </w:p>
    <w:p>
      <w:pPr>
        <w:pStyle w:val="Heading2"/>
        <w:keepNext/>
      </w:pPr>
      <w:r>
        <w:t>Data Quality, Controls, and Documentation</w:t>
      </w:r>
    </w:p>
    <w:p>
      <w:pPr>
        <w:pStyle w:val="ListBullet"/>
        <w:keepLines/>
      </w:pPr>
      <w:r>
        <w:t>Use authoritative data ownership, common definitions, stable identifiers, canonical models, metadata, lineage, versioned contracts, and explicit quality rules.</w:t>
      </w:r>
    </w:p>
    <w:p>
      <w:pPr>
        <w:pStyle w:val="ListBullet"/>
        <w:keepLines/>
      </w:pPr>
      <w:r>
        <w:t>Require secure-by-design, privacy-by-design, accessibility, least privilege, observability, recoverability, open standards, portability, and exit planning appropriate to risk.</w:t>
      </w:r>
    </w:p>
    <w:p>
      <w:pPr>
        <w:pStyle w:val="ListBullet"/>
        <w:keepLines/>
      </w:pPr>
      <w:r>
        <w:t>Validate architecture through representative use cases, failure modes, performance, security, data reconciliation, operational support, and stakeholder review.</w:t>
      </w:r>
    </w:p>
    <w:p>
      <w:pPr>
        <w:pStyle w:val="ListBullet"/>
        <w:keepLines/>
      </w:pPr>
      <w:r>
        <w:t>Avoid unnecessary centralization or duplication and document where local autonomy, federation, integration, or consolidation best serves district needs.</w:t>
      </w:r>
    </w:p>
    <w:p>
      <w:pPr>
        <w:pStyle w:val="ListBullet"/>
        <w:keepLines/>
      </w:pPr>
      <w:r>
        <w:t>Track standards changes, vendor roadmaps, obsolescence, technical debt, exceptions, and realized outcomes and update transition plans.</w:t>
      </w:r>
    </w:p>
    <w:p>
      <w:pPr>
        <w:pStyle w:val="Heading2"/>
        <w:keepNext/>
      </w:pPr>
      <w:r>
        <w:t>Data Architect-Specific Leadership and Support</w:t>
      </w:r>
    </w:p>
    <w:p>
      <w:pPr>
        <w:pStyle w:val="ListBullet"/>
        <w:keepLines/>
      </w:pPr>
      <w:r>
        <w:t>Own or support the assigned portfolio for governed enterprise data models, ownership, identity, metadata, lineage, quality, interoperability, platforms, security, and lifecycle roadmaps,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Enterprise architecture, data architecture, interoperability, integration, standards, security, lifecycle planning, and governed technology roadmaps.</w:t>
      </w:r>
    </w:p>
    <w:p>
      <w:pPr>
        <w:pStyle w:val="ListBullet"/>
        <w:keepLines/>
      </w:pPr>
      <w:r>
        <w:t>Student information, enterprise resource planning, human resources, finance, learning, assessment, data platforms, integration, apis, identity, cloud, network, metadata, modeling, repository, and portfolio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business owners, educators, data stewards, application, infrastructure, cybersecurity, privacy, analysts, developers, vendors, procurement, project teams, and executive governance.</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Data Architect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