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CALPADS/SIS Specialist</w:t>
      </w:r>
    </w:p>
    <w:p>
      <w:pPr>
        <w:spacing w:after="240"/>
      </w:pPr>
      <w:r>
        <w:rPr>
          <w:rFonts w:ascii="Aptos" w:hAnsi="Aptos"/>
          <w:b/>
          <w:color w:val="66747A"/>
          <w:sz w:val="24"/>
        </w:rPr>
        <w:t>The Operational Bridge Between Authoritative Sis Data, Calpads Extracts, Validation Rules, And State Submissions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CALPADS/SIS Specialist perform and coordinate advanced work supporting the operational bridge between authoritative SIS data, CALPADS extracts, validation rules, and state submissions.</w:t>
      </w:r>
    </w:p>
    <w:p>
      <w:r>
        <w:t>The position applies CALPADS, state reporting, source-system data quality, certification, and compliance operations across CALPADS, the student information system, special education, human resources, assessment, nutrition, data warehouse, secure transfer, and reporting tools. It establishes or follows clear ownership, validation, security, documentation, review, and escalation practices appropriate to the role’s assigned authority.</w:t>
      </w:r>
    </w:p>
    <w:p>
      <w:r>
        <w:t>The CALPADS/SIS Specialist collaborates with enrollment, attendance, multilingual learner, special education, human resources, curriculum, discipline, nutrition, assessment, accountability, technology, schools, county offices, and CDE.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CALPADS, state reporting, source-system data quality, certification, and compliance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the operational bridge between authoritative SIS data, CALPADS extracts, validation rules, and state submissions.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CALPADS, the student information system, special education, human resources, assessment, nutrition, data warehouse, secure transfer, and reporting tools.</w:t>
      </w:r>
    </w:p>
    <w:p>
      <w:pPr>
        <w:pStyle w:val="ListBullet"/>
        <w:keepLines/>
      </w:pPr>
      <w:r>
        <w:t>Experience partnering with enrollment, attendance, multilingual learner, special education, human resources, curriculum, discipline, nutrition, assessment, accountability, technology, schools, county offices, and CDE.</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reporting calendars for ongoing updates, snapshot windows, certifications, amendment windows, local reviews, approvals, and dependencies.</w:t>
      </w:r>
    </w:p>
    <w:p>
      <w:pPr>
        <w:pStyle w:val="ListBullet"/>
        <w:keepLines/>
      </w:pPr>
      <w:r>
        <w:t>Prepare, validate, submit, monitor, reconcile, and document assigned student, staff, course, program, discipline, attendance, and graduate data.</w:t>
      </w:r>
    </w:p>
    <w:p>
      <w:pPr>
        <w:pStyle w:val="ListBullet"/>
        <w:keepLines/>
      </w:pPr>
      <w:r>
        <w:t>Review posted records, validation errors, certification data discrepancies, anomalies, and expected populations through verified resolution.</w:t>
      </w:r>
    </w:p>
    <w:p>
      <w:pPr>
        <w:pStyle w:val="ListBullet"/>
        <w:keepLines/>
      </w:pPr>
      <w:r>
        <w:t>Coordinate responsible data owners, entry expectations, correction workflows, approvals, escalation, and certification evidence.</w:t>
      </w:r>
    </w:p>
    <w:p>
      <w:pPr>
        <w:pStyle w:val="ListBullet"/>
        <w:keepLines/>
      </w:pPr>
      <w:r>
        <w:t>Maintain current file specifications, code sets, validation rules, release notes, training, known issues, and state communications.</w:t>
      </w:r>
    </w:p>
    <w:p>
      <w:pPr>
        <w:pStyle w:val="Heading2"/>
        <w:keepNext/>
      </w:pPr>
      <w:r>
        <w:t>Data Quality, Controls, and Documentation</w:t>
      </w:r>
    </w:p>
    <w:p>
      <w:pPr>
        <w:pStyle w:val="ListBullet"/>
        <w:keepLines/>
      </w:pPr>
      <w:r>
        <w:t>Reconcile authoritative source records, extracts, operational data, snapshot data, certification reports, and local control totals.</w:t>
      </w:r>
    </w:p>
    <w:p>
      <w:pPr>
        <w:pStyle w:val="ListBullet"/>
        <w:keepLines/>
      </w:pPr>
      <w:r>
        <w:t>Trace errors to originating business processes, system configuration, mappings, effective dates, transformations, or user practices.</w:t>
      </w:r>
    </w:p>
    <w:p>
      <w:pPr>
        <w:pStyle w:val="ListBullet"/>
        <w:keepLines/>
      </w:pPr>
      <w:r>
        <w:t>Use repeatable queries, checklists, exception reports, and controlled automation while retaining human review of consequential changes.</w:t>
      </w:r>
    </w:p>
    <w:p>
      <w:pPr>
        <w:pStyle w:val="ListBullet"/>
        <w:keepLines/>
      </w:pPr>
      <w:r>
        <w:t>Apply least privilege, multifactor authentication, secure transmission, minimum-necessary disclosure, retention, and incident escalation.</w:t>
      </w:r>
    </w:p>
    <w:p>
      <w:pPr>
        <w:pStyle w:val="ListBullet"/>
        <w:keepLines/>
      </w:pPr>
      <w:r>
        <w:t>Maintain data dictionaries, mappings, process maps, workpapers, decision logs, issue histories, standard operating procedures, and continuity records.</w:t>
      </w:r>
    </w:p>
    <w:p>
      <w:pPr>
        <w:pStyle w:val="Heading2"/>
        <w:keepNext/>
      </w:pPr>
      <w:r>
        <w:t>CALPADS/SIS Specialist-Specific Leadership and Support</w:t>
      </w:r>
    </w:p>
    <w:p>
      <w:pPr>
        <w:pStyle w:val="ListBullet"/>
        <w:keepLines/>
      </w:pPr>
      <w:r>
        <w:t>Own or support the assigned portfolio for the operational bridge between authoritative SIS data, CALPADS extracts, validation rules, and state submissions,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Calpads, state reporting, source-system data quality, certification, and compliance operations.</w:t>
      </w:r>
    </w:p>
    <w:p>
      <w:pPr>
        <w:pStyle w:val="ListBullet"/>
        <w:keepLines/>
      </w:pPr>
      <w:r>
        <w:t>Calpads, the student information system, special education, human resources, assessment, nutrition, data warehouse, secure transfer,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enrollment, attendance, multilingual learner, special education, human resources, curriculum, discipline, nutrition, assessment, accountability, technology, schools, county offices, and CDE.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CALPADS/SIS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